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🗺️ מסע התקופה שלנו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שם: ____________  כיתה: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ממלאים 8 תחנות מהתקופה – לבד, בזוג או בקבוצה. ליד כל תחנה מסמנים את הסוג: 🏆 הצלחה · 🧗 אתגר שעברנו · 😂 רגע מצחיק · 🤝 רגע של ביחד · 💡 משהו שלמדנו · 🎉 אירוע מיוחד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1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2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3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4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5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6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7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תחנה 8   חודש: _________   סוג: 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🗣️ לדיון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• באיזה רגע הרגשנו שאנחנו באמת כיתה?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• איזה אתגר עברנו יחד – ומה עזר לנו לעבור אותו?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• מה גילינו על הכיתה שלנו שלא ידענו בהתחלה?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• איזו תחנה הייתם רוצים להוסיף בהמשך?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🔢 בינגו הכיתה – מצאו מישהו ש…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מסתובבים בכיתה. מוצאים חבר/ה שמתאים/ה למשבצת וכותבים את השם שלו/ה. כל שם – פעם אחת בלבד. שורה מלאה? צועקים "בינגו!"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התחיל/ה תחביב חדש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הכיר/ה חבר/ה חדש/ה בכיתה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קרא/ה ספר שאהב/ה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השתפר/ה במקצוע כלשהו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</w:tr>
      <w:tr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עזר/ה לחבר/ה ללמוד למבחן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צחק/ה עד דמעות בשיעור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עשה/תה משהו שפחד/ה ממנו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קיבל/ה מחמאה ממורה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</w:tr>
      <w:tr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השתתף/ה בטקס, בהופעה או בתחרות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התנדב/ה או עזר/ה למישהו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ניסה/תה מאכל חדש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למד/ה משהו לבד מסרטון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</w:tr>
      <w:tr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זוכר/ת מה לבש/ה ביום הראשון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יש לו/לה שיר שמזכיר את התקופה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שלח/ה הודעה טובה למישהו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  <w:tc>
          <w:tcPr>
            <w:tcW w:type="dxa" w:w="2578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הגיע/ה בזמן כמעט כל יום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888888"/>
                <w:sz w:val="20"/>
                <w:rtl w:val="1"/>
                <w:szCs w:val="20"/>
              </w:rPr>
              <w:t>שם: ________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6B5F73"/>
        <w:sz w:val="18"/>
        <w:rtl w:val="1"/>
        <w:szCs w:val="18"/>
      </w:rPr>
      <w:t>מסתכלים אחורה, צועדים קדימה · מסע התקופה ובינגו הכיתה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