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80"/>
        <w:jc w:val="right"/>
      </w:pPr>
      <w:r>
        <w:rPr>
          <w:rFonts w:ascii="Arial" w:hAnsi="Arial" w:cs="Arial"/>
          <w:b/>
          <w:color w:val="2B2233"/>
          <w:sz w:val="40"/>
          <w:rtl w:val="1"/>
          <w:szCs w:val="40"/>
          <w:bCs/>
        </w:rPr>
        <w:t>✉️ מכתב לעצמי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5"/>
          <w:rtl w:val="1"/>
          <w:szCs w:val="25"/>
        </w:rPr>
        <w:t>כותבים לעצמנו של העתיד. סוגרים במעטפה, והמורה מחזיר/ה את המכתב בתאריך שנקבע.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5"/>
          <w:rtl w:val="1"/>
          <w:szCs w:val="25"/>
        </w:rPr>
        <w:t>לפתוח בתאריך: ____________   (באמצע שנה: בסוף השנה · בסוף שנה: בתחילת השנה הבאה)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5"/>
          <w:rtl w:val="1"/>
          <w:szCs w:val="25"/>
        </w:rPr>
        <w:t>אל: אני של העתיד 💌     תאריך כתיבה: __________   כיתה: ______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sz w:val="26"/>
          <w:rtl w:val="1"/>
          <w:szCs w:val="26"/>
          <w:bCs/>
        </w:rPr>
        <w:t>היום אני… (3 דברים שקורים אצלי עכשיו)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sz w:val="26"/>
          <w:rtl w:val="1"/>
          <w:szCs w:val="26"/>
          <w:bCs/>
        </w:rPr>
        <w:t>רגע מהתקופה שאני רוצה שתזכור/תזכרי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sz w:val="26"/>
          <w:rtl w:val="1"/>
          <w:szCs w:val="26"/>
          <w:bCs/>
        </w:rPr>
        <w:t>משהו שאני גאה בו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sz w:val="26"/>
          <w:rtl w:val="1"/>
          <w:szCs w:val="26"/>
          <w:bCs/>
        </w:rPr>
        <w:t>משהו שהיה לי קשה – ואיך התמודדתי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sz w:val="26"/>
          <w:rtl w:val="1"/>
          <w:szCs w:val="26"/>
          <w:bCs/>
        </w:rPr>
        <w:t>הדבר הכי חשוב שלמדתי על עצמי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sz w:val="26"/>
          <w:rtl w:val="1"/>
          <w:szCs w:val="26"/>
          <w:bCs/>
        </w:rPr>
        <w:t>המטרה שלי להמשך – וצעד ראשון אליה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sz w:val="26"/>
          <w:rtl w:val="1"/>
          <w:szCs w:val="26"/>
          <w:bCs/>
        </w:rPr>
        <w:t>ערך או עיקרון שאני רוצה שינחה אותי (מומלץ ל-י–יב)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sz w:val="26"/>
          <w:rtl w:val="1"/>
          <w:szCs w:val="26"/>
          <w:bCs/>
        </w:rPr>
        <w:t>שאלה שאני שואל/ת אותך, אני של העתיד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sz w:val="26"/>
          <w:rtl w:val="1"/>
          <w:szCs w:val="26"/>
          <w:bCs/>
        </w:rPr>
        <w:t>משפט עידוד ממני אליי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sz w:val="26"/>
          <w:rtl w:val="1"/>
          <w:szCs w:val="26"/>
          <w:bCs/>
        </w:rPr>
        <w:t>חתימה: ______________________</w:t>
      </w:r>
    </w:p>
    <w:p>
      <w:r>
        <w:br w:type="page"/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color w:val="2B2233"/>
          <w:sz w:val="40"/>
          <w:rtl w:val="1"/>
          <w:szCs w:val="40"/>
          <w:bCs/>
        </w:rPr>
        <w:t>📮 תווית למעטפה – כמוסת זמן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312"/>
      </w:tblGrid>
      <w:tr>
        <w:tc>
          <w:tcPr>
            <w:tcW w:type="dxa" w:w="1031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B4531A"/>
                <w:sz w:val="36"/>
                <w:rtl w:val="1"/>
                <w:szCs w:val="36"/>
                <w:bCs/>
              </w:rPr>
              <w:t>⏳💌 מכתב לעצמי – לא לפתוח לפני: ___________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8"/>
                <w:rtl w:val="1"/>
                <w:szCs w:val="28"/>
              </w:rPr>
              <w:t>שם: ____________________   כיתה: ______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312"/>
      </w:tblGrid>
      <w:tr>
        <w:tc>
          <w:tcPr>
            <w:tcW w:type="dxa" w:w="1031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B4531A"/>
                <w:sz w:val="36"/>
                <w:rtl w:val="1"/>
                <w:szCs w:val="36"/>
                <w:bCs/>
              </w:rPr>
              <w:t>⏳💌 מכתב לעצמי – לא לפתוח לפני: ___________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8"/>
                <w:rtl w:val="1"/>
                <w:szCs w:val="28"/>
              </w:rPr>
              <w:t>שם: ____________________   כיתה: ______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312"/>
      </w:tblGrid>
      <w:tr>
        <w:tc>
          <w:tcPr>
            <w:tcW w:type="dxa" w:w="10312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B4531A"/>
                <w:sz w:val="36"/>
                <w:rtl w:val="1"/>
                <w:szCs w:val="36"/>
                <w:bCs/>
              </w:rPr>
              <w:t>⏳💌 מכתב לעצמי – לא לפתוח לפני: ___________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8"/>
                <w:rtl w:val="1"/>
                <w:szCs w:val="28"/>
              </w:rPr>
              <w:t>שם: ____________________   כיתה: ______</w:t>
            </w:r>
          </w:p>
        </w:tc>
      </w:tr>
    </w:tbl>
    <w:p/>
    <w:sectPr w:rsidR="00FC693F" w:rsidRPr="0006063C" w:rsidSect="00034616">
      <w:footerReference w:type="default" r:id="rId9"/>
      <w:headerReference w:type="default" r:id="rId10"/>
      <w:pgSz w:w="12240" w:h="15840"/>
      <w:pgMar w:top="794" w:right="964" w:bottom="794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288000" cy="28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80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8000" cy="28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b w:val="0"/>
        <w:color w:val="555555"/>
        <w:sz w:val="18"/>
        <w:rtl w:val="1"/>
        <w:szCs w:val="18"/>
      </w:rPr>
      <w:t xml:space="preserve">  יצרה: רוית ראש בן ישי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 w:val="1"/>
      <w:jc w:val="right"/>
    </w:pPr>
    <w:r>
      <w:rPr>
        <w:rFonts w:ascii="Arial" w:hAnsi="Arial" w:cs="Arial"/>
        <w:b w:val="0"/>
        <w:color w:val="6B5F73"/>
        <w:sz w:val="18"/>
        <w:rtl w:val="1"/>
        <w:szCs w:val="18"/>
      </w:rPr>
      <w:t>מסתכלים אחורה, צועדים קדימה · מכתב לעצמי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