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B2233"/>
          <w:sz w:val="40"/>
          <w:rtl w:val="1"/>
          <w:szCs w:val="40"/>
          <w:bCs/>
        </w:rPr>
        <w:t>קלפי רפלקציה לגזירה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4 חפיסות: מה למדתי · רגע שאני גאה בו · מה אני לוקח/ת איתי · מטרה להמשך. קלף שמסומן ז–ט או י–יב מתאים במיוחד לשכבה הזאת.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B4531A"/>
          <w:sz w:val="30"/>
          <w:rtl w:val="1"/>
          <w:szCs w:val="30"/>
          <w:bCs/>
        </w:rPr>
        <w:t>📚 מה למדתי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7"/>
        <w:gridCol w:w="3437"/>
        <w:gridCol w:w="3437"/>
      </w:tblGrid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דבר אחד שלמדתי בתקופה הזאת ואני רוצה לזכור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מקצוע או נושא שהפתיע אותי לטובה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משהו שלמדתי על עצמי – לא מתוך ספר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מיומנות שהשתפרתי בה: ארגון, הקשבה, כתיבה, עבודה בצוות…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טעות שלמדתי ממנה משהו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מי לימד/ה אותי משהו חשוב – ומה?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איך אני לומד/ת הכי טוב? מה גיליתי על זה?  (ז–ט)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רעיון או שיעור ששינה לי את נקודת המבט  (י–יב)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📚 מה למדתי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דרך למידה שגיליתי שמתאימה לי – ומה היא אומרת עליי  (י–יב)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B4531A"/>
          <w:sz w:val="30"/>
          <w:rtl w:val="1"/>
          <w:szCs w:val="30"/>
          <w:bCs/>
        </w:rPr>
        <w:t>🌟 רגע שאני גאה בו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7"/>
        <w:gridCol w:w="3437"/>
        <w:gridCol w:w="3437"/>
      </w:tblGrid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רגע שבו הצלחתי במשהו שהיה לי קשה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פעם שעזרתי למישהו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משהו שעשיתי בפעם הראשונה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החלטה טובה שקיבלתי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רגע שבו הייתי אמיץ/ה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עבודה, מבחן או פרויקט שאני גאה בו – ולמה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רגע שבו הצחקתי או שימחתי מישהו  (ז–ט)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רגע שבו עמדתי על שלי – בכבוד  (י–יב)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🌟 רגע שאני גאה בו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משהו שלא ויתרתי עליו, גם כשהיה קשה  (י–יב)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B4531A"/>
          <w:sz w:val="30"/>
          <w:rtl w:val="1"/>
          <w:szCs w:val="30"/>
          <w:bCs/>
        </w:rPr>
        <w:t>🎒 מה אני לוקח/ת איתי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7"/>
        <w:gridCol w:w="3437"/>
        <w:gridCol w:w="3437"/>
      </w:tblGrid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חבר/ה או קשר שאני לוקח/ת איתי הלאה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הרגל טוב שאני רוצה לשמור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זיכרון שאני רוצה לשמור בכיס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משפט או עצה שקיבלתי ונשארו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דבר אחד שאני משאיר/ה מאחור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כוח שגיליתי בעצמי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חפץ, תמונה או שיר שמזכירים לי את התקופה  (ז–ט)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ערך שהתחזק אצלי בתקופה הזאת  (י–יב)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🎒 מה אני לוקח/ת איתי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שאלה שאני ממשיך/ה לחשוב עליה  (י–יב)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B4531A"/>
          <w:sz w:val="30"/>
          <w:rtl w:val="1"/>
          <w:szCs w:val="30"/>
          <w:bCs/>
        </w:rPr>
        <w:t>🎯 מטרה להמשך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7"/>
        <w:gridCol w:w="3437"/>
        <w:gridCol w:w="3437"/>
      </w:tblGrid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מטרה אחת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צעד קטן שאני יכול/ה להתחיל בו כבר מחר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ממי אבקש עזרה כדי להצליח?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משהו חדש שאני רוצה לנסות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איך אדע שהצלחתי?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מה אני מאחל/ת לכיתה שלנו בהמשך?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משהו שאני רוצה לעשות יותר – ומשהו שאני רוצה לעשות פחות  (ז–ט)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מטרה קשה אבל אפשרית – ומה עלול לעצור אותי?  (י–יב)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3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6B5F73"/>
                <w:sz w:val="20"/>
                <w:rtl w:val="1"/>
                <w:szCs w:val="20"/>
                <w:bCs/>
              </w:rPr>
              <w:t>🎯 מטרה להמשך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sz w:val="28"/>
                <w:rtl w:val="1"/>
                <w:szCs w:val="28"/>
                <w:bCs/>
              </w:rPr>
              <w:t>איזה אדם אני רוצה להיות בעוד שנה?  (י–יב)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8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6B5F73"/>
        <w:sz w:val="18"/>
        <w:rtl w:val="1"/>
        <w:szCs w:val="18"/>
      </w:rPr>
      <w:t>מסתכלים אחורה, צועדים קדימה · קלפי רפלקציה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